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sz w:val="28"/>
        </w:rPr>
        <w:t>Как пользоваться образцом</w:t>
      </w:r>
    </w:p>
    <w:p>
      <w:pPr>
        <w:jc w:val="both"/>
      </w:pPr>
      <w:r>
        <w:rPr>
          <w:b w:val="0"/>
          <w:i w:val="0"/>
        </w:rPr>
        <w:t>В файле два бланка. Первый — владельцу сети уличного освещения: это администрация города или района либо муниципальное предприятие, которое обслуживает фонари («Горсвет» и подобные). Второй — в управляющую компанию или ТСЖ, если опора освещения или стена, на которую нужно поставить розетку, стоят на земле вашего дома.</w:t>
      </w:r>
    </w:p>
    <w:p>
      <w:pPr>
        <w:jc w:val="both"/>
      </w:pPr>
      <w:r>
        <w:rPr>
          <w:b w:val="0"/>
          <w:i w:val="0"/>
        </w:rPr>
        <w:t>Номер опоры обычно указан на табличке или нанесён краской на высоте 1,5–2 м. Сфотографируйте опору, табличку и место стоянки и приложите фото к заявлению. Подавайте заявление с отметкой о приёме на вашем экземпляре, через электронную приёмную или почтой с уведомлением — так у вас останется дата подачи.</w:t>
      </w:r>
    </w:p>
    <w:p>
      <w:pPr>
        <w:jc w:val="both"/>
      </w:pPr>
      <w:r>
        <w:rPr>
          <w:b w:val="0"/>
          <w:i/>
        </w:rPr>
        <w:t>Подчёркивания заменяются вашими данными, лишнее в скобках удаляется.</w:t>
      </w:r>
    </w:p>
    <w:p>
      <w:r>
        <w:br w:type="page"/>
      </w:r>
    </w:p>
    <w:p>
      <w:pPr>
        <w:ind w:left="5102"/>
        <w:jc w:val="left"/>
      </w:pPr>
      <w:r>
        <w:rPr>
          <w:b w:val="0"/>
          <w:i w:val="0"/>
        </w:rPr>
        <w:t>Кому: ______________________________________</w:t>
      </w:r>
    </w:p>
    <w:p>
      <w:pPr>
        <w:ind w:left="5102"/>
        <w:jc w:val="left"/>
      </w:pPr>
      <w:r>
        <w:rPr>
          <w:b w:val="0"/>
          <w:i w:val="0"/>
        </w:rPr>
        <w:t>(администрация города / района, МУП «Горсвет» или иная организация — владелец сети наружного освещения)</w:t>
      </w:r>
    </w:p>
    <w:p>
      <w:pPr>
        <w:ind w:left="5102"/>
        <w:jc w:val="left"/>
      </w:pPr>
      <w:r>
        <w:rPr>
          <w:b w:val="0"/>
          <w:i w:val="0"/>
        </w:rPr>
        <w:t>От: ________________________________________</w:t>
      </w:r>
    </w:p>
    <w:p>
      <w:pPr>
        <w:ind w:left="5102"/>
        <w:jc w:val="left"/>
      </w:pPr>
      <w:r>
        <w:rPr>
          <w:b w:val="0"/>
          <w:i w:val="0"/>
        </w:rPr>
        <w:t>(ФИО полностью)</w:t>
      </w:r>
    </w:p>
    <w:p>
      <w:pPr>
        <w:ind w:left="5102"/>
        <w:jc w:val="left"/>
      </w:pPr>
      <w:r>
        <w:rPr>
          <w:b w:val="0"/>
          <w:i w:val="0"/>
        </w:rPr>
        <w:t>Адрес: _____________________________________</w:t>
      </w:r>
    </w:p>
    <w:p>
      <w:pPr>
        <w:ind w:left="5102"/>
        <w:jc w:val="left"/>
      </w:pPr>
      <w:r>
        <w:rPr>
          <w:b w:val="0"/>
          <w:i w:val="0"/>
        </w:rPr>
        <w:t>Телефон: ___________________________________</w:t>
      </w:r>
    </w:p>
    <w:p>
      <w:pPr>
        <w:ind w:left="5102"/>
        <w:jc w:val="left"/>
      </w:pPr>
      <w:r>
        <w:rPr>
          <w:b w:val="0"/>
          <w:i w:val="0"/>
        </w:rPr>
        <w:t>Эл. почта: __________________________________</w:t>
      </w:r>
    </w:p>
    <w:p>
      <w:r>
        <w:rPr>
          <w:b w:val="0"/>
          <w:i w:val="0"/>
        </w:rPr>
      </w:r>
    </w:p>
    <w:p>
      <w:pPr>
        <w:jc w:val="center"/>
      </w:pPr>
      <w:r>
        <w:rPr>
          <w:b/>
          <w:i w:val="0"/>
          <w:sz w:val="28"/>
        </w:rPr>
        <w:t>ЗАЯВЛЕНИЕ</w:t>
      </w:r>
    </w:p>
    <w:p>
      <w:pPr>
        <w:jc w:val="center"/>
      </w:pPr>
      <w:r>
        <w:rPr>
          <w:b/>
          <w:i w:val="0"/>
        </w:rPr>
        <w:t>о согласовании размещения зарядного устройства для электромобиля на опоре наружного освещения</w:t>
      </w:r>
    </w:p>
    <w:p>
      <w:r>
        <w:rPr>
          <w:b w:val="0"/>
          <w:i w:val="0"/>
        </w:rPr>
      </w:r>
    </w:p>
    <w:p>
      <w:pPr>
        <w:ind w:firstLine="567"/>
        <w:jc w:val="both"/>
      </w:pPr>
      <w:r>
        <w:rPr>
          <w:b w:val="0"/>
          <w:i w:val="0"/>
        </w:rPr>
        <w:t>Я, ________________________________, владею электромобилем ________________ (марка, модель), государственный регистрационный знак ____________, и проживаю в многоквартирном доме по адресу: ______________________________. Машино-места с доступом к электросети у меня нет. Ближайшая общественная зарядная станция находится на расстоянии ____ км от дома.</w:t>
      </w:r>
    </w:p>
    <w:p>
      <w:pPr>
        <w:ind w:firstLine="567"/>
      </w:pPr>
      <w:r>
        <w:rPr>
          <w:b w:val="0"/>
          <w:i w:val="0"/>
        </w:rPr>
        <w:t>Прошу:</w:t>
      </w:r>
    </w:p>
    <w:p>
      <w:pPr>
        <w:ind w:firstLine="567"/>
        <w:jc w:val="both"/>
      </w:pPr>
      <w:r>
        <w:rPr>
          <w:b w:val="0"/>
          <w:i w:val="0"/>
        </w:rPr>
        <w:t>1. Сообщить, кому принадлежит опора наружного освещения № ______ (номер с таблички на опоре), расположенная по адресу: ______________________________ (ориентир указан на фото в приложении), и какая организация обслуживает питающую её сеть.</w:t>
      </w:r>
    </w:p>
    <w:p>
      <w:pPr>
        <w:ind w:firstLine="567"/>
        <w:jc w:val="both"/>
      </w:pPr>
      <w:r>
        <w:rPr>
          <w:b w:val="0"/>
          <w:i w:val="0"/>
        </w:rPr>
        <w:t>2. Согласовать размещение на этой опоре зарядного устройства для электромобиля мощностью до ____ кВт (однофазное / трёхфазное) заводского исполнения со степенью защиты корпуса не ниже IP54, встроенной защитой от утечки тока и отдельным прибором учёта электроэнергии.</w:t>
      </w:r>
    </w:p>
    <w:p>
      <w:pPr>
        <w:ind w:firstLine="567"/>
        <w:jc w:val="both"/>
      </w:pPr>
      <w:r>
        <w:rPr>
          <w:b w:val="0"/>
          <w:i w:val="0"/>
        </w:rPr>
        <w:t>3. Сообщить условия подключения: возможна ли круглосуточная подача напряжения на опору, какая мощность свободна и какие требования предъявляются к устройству и монтажу. Если подключение возможно только через сетевую организацию — указать её, чтобы я подал заявку на технологическое присоединение в порядке, установленном Правилами, утверждёнными постановлением Правительства РФ от 27.12.2004 № 861.</w:t>
      </w:r>
    </w:p>
    <w:p>
      <w:pPr>
        <w:ind w:firstLine="567"/>
        <w:jc w:val="both"/>
      </w:pPr>
      <w:r>
        <w:rPr>
          <w:b w:val="0"/>
          <w:i w:val="0"/>
        </w:rPr>
        <w:t>4. Если опора стоит на земле, находящейся в государственной или муниципальной собственности, — разъяснить порядок получения разрешения на размещение объекта без предоставления земельного участка (статья 39.36 Земельного кодекса РФ; пункт 30 Перечня, утверждённого постановлением Правительства РФ от 03.12.2014 № 1300, — «Зарядные станции (терминалы) для электротранспорта»).</w:t>
      </w:r>
    </w:p>
    <w:p>
      <w:pPr>
        <w:ind w:firstLine="567"/>
        <w:jc w:val="both"/>
      </w:pPr>
      <w:r>
        <w:rPr>
          <w:b w:val="0"/>
          <w:i w:val="0"/>
        </w:rPr>
        <w:t>Расходы на оборудование, монтаж, прибор учёта и оплату электроэнергии беру на себя. Монтаж выполнит организация, имеющая право на проведение электромонтажных работ, с оформлением исполнительной документации и протоколов измерений.</w:t>
      </w:r>
    </w:p>
    <w:p>
      <w:pPr>
        <w:ind w:firstLine="567"/>
        <w:jc w:val="both"/>
      </w:pPr>
      <w:r>
        <w:rPr>
          <w:b w:val="0"/>
          <w:i w:val="0"/>
        </w:rPr>
        <w:t>Ответ прошу направить ______________________ (почтой по адресу выше / на электронную почту).</w:t>
      </w:r>
    </w:p>
    <w:p>
      <w:pPr>
        <w:jc w:val="both"/>
      </w:pPr>
      <w:r>
        <w:rPr>
          <w:b w:val="0"/>
          <w:i w:val="0"/>
        </w:rPr>
        <w:t>Приложения: 1) фото опоры с табличкой и места стоянки; 2) схема расположения опоры относительно дома; 3) технические данные зарядного устройства (по наличию).</w:t>
      </w:r>
    </w:p>
    <w:p>
      <w:r>
        <w:rPr>
          <w:b w:val="0"/>
          <w:i w:val="0"/>
        </w:rPr>
      </w:r>
    </w:p>
    <w:p>
      <w:r>
        <w:rPr>
          <w:b w:val="0"/>
          <w:i w:val="0"/>
        </w:rPr>
        <w:t>«___» ____________ 20__ г.            ____________ / ____________________</w:t>
      </w:r>
    </w:p>
    <w:p>
      <w:r>
        <w:rPr>
          <w:b w:val="0"/>
          <w:i/>
          <w:sz w:val="26"/>
        </w:rPr>
        <w:t xml:space="preserve">                                                               подпись                 расшифровка</w:t>
      </w:r>
    </w:p>
    <w:p>
      <w:r>
        <w:br w:type="page"/>
      </w:r>
    </w:p>
    <w:p>
      <w:pPr>
        <w:ind w:left="5102"/>
        <w:jc w:val="left"/>
      </w:pPr>
      <w:r>
        <w:rPr>
          <w:b w:val="0"/>
          <w:i w:val="0"/>
        </w:rPr>
        <w:t>Директору / председателю правления</w:t>
      </w:r>
    </w:p>
    <w:p>
      <w:pPr>
        <w:ind w:left="5102"/>
        <w:jc w:val="left"/>
      </w:pPr>
      <w:r>
        <w:rPr>
          <w:b w:val="0"/>
          <w:i w:val="0"/>
        </w:rPr>
        <w:t>____________________________________________</w:t>
      </w:r>
    </w:p>
    <w:p>
      <w:pPr>
        <w:ind w:left="5102"/>
        <w:jc w:val="left"/>
      </w:pPr>
      <w:r>
        <w:rPr>
          <w:b w:val="0"/>
          <w:i w:val="0"/>
        </w:rPr>
        <w:t>(управляющая компания / ТСЖ)</w:t>
      </w:r>
    </w:p>
    <w:p>
      <w:pPr>
        <w:ind w:left="5102"/>
        <w:jc w:val="left"/>
      </w:pPr>
      <w:r>
        <w:rPr>
          <w:b w:val="0"/>
          <w:i w:val="0"/>
        </w:rPr>
        <w:t>От собственника квартиры № ______</w:t>
      </w:r>
    </w:p>
    <w:p>
      <w:pPr>
        <w:ind w:left="5102"/>
        <w:jc w:val="left"/>
      </w:pPr>
      <w:r>
        <w:rPr>
          <w:b w:val="0"/>
          <w:i w:val="0"/>
        </w:rPr>
        <w:t>по адресу: __________________________________</w:t>
      </w:r>
    </w:p>
    <w:p>
      <w:pPr>
        <w:ind w:left="5102"/>
        <w:jc w:val="left"/>
      </w:pPr>
      <w:r>
        <w:rPr>
          <w:b w:val="0"/>
          <w:i w:val="0"/>
        </w:rPr>
        <w:t>____________________________________________</w:t>
      </w:r>
    </w:p>
    <w:p>
      <w:pPr>
        <w:ind w:left="5102"/>
        <w:jc w:val="left"/>
      </w:pPr>
      <w:r>
        <w:rPr>
          <w:b w:val="0"/>
          <w:i w:val="0"/>
        </w:rPr>
        <w:t>(ФИО полностью, телефон, эл. почта)</w:t>
      </w:r>
    </w:p>
    <w:p>
      <w:r>
        <w:rPr>
          <w:b w:val="0"/>
          <w:i w:val="0"/>
        </w:rPr>
      </w:r>
    </w:p>
    <w:p>
      <w:pPr>
        <w:jc w:val="center"/>
      </w:pPr>
      <w:r>
        <w:rPr>
          <w:b/>
          <w:i w:val="0"/>
          <w:sz w:val="28"/>
        </w:rPr>
        <w:t>ЗАЯВЛЕНИЕ</w:t>
      </w:r>
    </w:p>
    <w:p>
      <w:pPr>
        <w:jc w:val="center"/>
      </w:pPr>
      <w:r>
        <w:rPr>
          <w:b/>
          <w:i w:val="0"/>
        </w:rPr>
        <w:t>о размещении зарядного устройства для электромобиля с использованием общего имущества дома</w:t>
      </w:r>
    </w:p>
    <w:p>
      <w:r>
        <w:rPr>
          <w:b w:val="0"/>
          <w:i w:val="0"/>
        </w:rPr>
      </w:r>
    </w:p>
    <w:p>
      <w:pPr>
        <w:ind w:firstLine="567"/>
        <w:jc w:val="both"/>
      </w:pPr>
      <w:r>
        <w:rPr>
          <w:b w:val="0"/>
          <w:i w:val="0"/>
        </w:rPr>
        <w:t>Я, ________________________________, собственник квартиры № ____ в доме по адресу: ______________________________, владею электромобилем и прошу создать условия для его зарядки у дома за мой счёт.</w:t>
      </w:r>
    </w:p>
    <w:p>
      <w:pPr>
        <w:ind w:firstLine="567"/>
      </w:pPr>
      <w:r>
        <w:rPr>
          <w:b w:val="0"/>
          <w:i w:val="0"/>
        </w:rPr>
        <w:t>Прошу:</w:t>
      </w:r>
    </w:p>
    <w:p>
      <w:pPr>
        <w:ind w:firstLine="567"/>
        <w:jc w:val="both"/>
      </w:pPr>
      <w:r>
        <w:rPr>
          <w:b w:val="0"/>
          <w:i w:val="0"/>
        </w:rPr>
        <w:t>1. Сообщить, относится ли к общему имуществу собственников ____________________ (опора освещения № ____ на придомовой территории / участок наружной стены дома / место в паркинге) и какая мощность свободна во вводно-распределительном устройстве дома.</w:t>
      </w:r>
    </w:p>
    <w:p>
      <w:pPr>
        <w:ind w:firstLine="567"/>
        <w:jc w:val="both"/>
      </w:pPr>
      <w:r>
        <w:rPr>
          <w:b w:val="0"/>
          <w:i w:val="0"/>
        </w:rPr>
        <w:t>2. Включить в повестку ближайшего общего собрания собственников (или провести внеочередное собрание) вопрос: «О предоставлении согласия собственнику квартиры № ____ на использование общего имущества — ____________________ — для размещения и эксплуатации зарядного устройства для электромобиля мощностью до ____ кВт с отдельным прибором учёта электроэнергии и об условиях такого использования». Решение принимается большинством не менее двух третей голосов от общего числа голосов собственников (статьи 36, 44 и 46 Жилищного кодекса РФ).</w:t>
      </w:r>
    </w:p>
    <w:p>
      <w:pPr>
        <w:ind w:firstLine="567"/>
        <w:jc w:val="both"/>
      </w:pPr>
      <w:r>
        <w:rPr>
          <w:b w:val="0"/>
          <w:i w:val="0"/>
        </w:rPr>
        <w:t>3. После решения собрания выдать технические условия на подключение зарядного устройства от вводно-распределительного устройства дома с отдельным прибором учёта.</w:t>
      </w:r>
    </w:p>
    <w:p>
      <w:pPr>
        <w:ind w:firstLine="567"/>
        <w:jc w:val="both"/>
      </w:pPr>
      <w:r>
        <w:rPr>
          <w:b w:val="0"/>
          <w:i w:val="0"/>
        </w:rPr>
        <w:t>Обязуюсь: оплачивать всю электроэнергию, потреблённую зарядным устройством, по показаниям отдельного прибора учёта; оплатить оборудование, проект и монтаж; поручить монтаж организации, имеющей право на электромонтажные работы; демонтировать оборудование за свой счёт по решению общего собрания.</w:t>
      </w:r>
    </w:p>
    <w:p>
      <w:pPr>
        <w:ind w:firstLine="567"/>
        <w:jc w:val="both"/>
      </w:pPr>
      <w:r>
        <w:rPr>
          <w:b w:val="0"/>
          <w:i w:val="0"/>
        </w:rPr>
        <w:t>Ответ прошу направить ______________________ (почтой / на электронную почту).</w:t>
      </w:r>
    </w:p>
    <w:p>
      <w:pPr>
        <w:jc w:val="both"/>
      </w:pPr>
      <w:r>
        <w:rPr>
          <w:b w:val="0"/>
          <w:i w:val="0"/>
        </w:rPr>
        <w:t>Приложения: 1) фото предполагаемого места размещения; 2) технические данные зарядного устройства (по наличию).</w:t>
      </w:r>
    </w:p>
    <w:p>
      <w:r>
        <w:rPr>
          <w:b w:val="0"/>
          <w:i w:val="0"/>
        </w:rPr>
      </w:r>
    </w:p>
    <w:p>
      <w:r>
        <w:rPr>
          <w:b w:val="0"/>
          <w:i w:val="0"/>
        </w:rPr>
        <w:t>«___» ____________ 20__ г.            ____________ / ____________________</w:t>
      </w:r>
    </w:p>
    <w:p>
      <w:r>
        <w:rPr>
          <w:b w:val="0"/>
          <w:i/>
          <w:sz w:val="26"/>
        </w:rPr>
        <w:t xml:space="preserve">                                                               подпись                 расшифровка</w:t>
      </w:r>
    </w:p>
    <w:sectPr w:rsidR="00FC693F" w:rsidRPr="0006063C" w:rsidSect="00034616">
      <w:pgSz w:w="11906" w:h="16838"/>
      <w:pgMar w:top="567" w:right="567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заявления: зарядка электромобиля от опоры освещения</dc:title>
  <dc:subject/>
  <dc:creator>Elli, АО «НПО «Электромашина»</dc:creator>
  <cp:keywords/>
  <dc:description>elli.npoelm.ru/blog/kak-zaryazhat-elektromobil-v-mnogokvartirnom-dome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